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ברכב ובדרך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שלטי תנועה ולהבין את פירושם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בלשון רבים בהקשר של 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דודה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חוגרים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 הרבה עיקולים והכביש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מסתכלת רק על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לכנרת בטבריה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חוגרים חגורה בכל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שלט עצור אומר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בעיקולים נוסעים לאט ובזהירות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בסיפור, בטיחות ליד הרכב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 מסיח את דעת הנהג ומסוכן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משקפי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שלט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(נותנים לאחרים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(נוסעים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(הכביש יורד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(הרבה עיקולים)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(פה חוצים את הכביש)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ציווי בשלטים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האטו!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שיהיה קל וקצר לקרוא מהר בזמן 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שלט קיים או ירצה/תרצה חדש, יכתוב/תכתוב מילת ציווי ברורה ותסביר על מה השלט שומר (בטיחות, הולכי רגל, מהירות וכו')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נסיעה, מההתחלה ועד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ובודקים שהדרך פנויה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בטיחות ולא להתהפך או לפגוע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נסיעות של התלמידים ולחבר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בעל פה את ההבדל בין ציווי יחיד לרבים לפני חלק הלשון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היצירה אפשר לתלות את השלטים בכיתה כתזכורת לכללי בטיחות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נועה ואיתי נוסעים באוטו לטבריה. בדרך יש שלטים וכללי בטיחות. נלמד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שקושרים ברכב כדי להיות 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עִקּוּל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שמתעקם ופונה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יְרִידָה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שהולך למטה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עם הוראה או סימן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צִיווּי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שאומרת למישהו מה לעשות, כמו עצור!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 קְדִימָה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לאחר לעבור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מַעֲבַר חֲצִיָּה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בכביש שבו הולכי רגל חוצים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נוהג/ת באוטו?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דודה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חוגרים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מספר כביש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בכביש 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הכביש ישר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הרבה עיקולים והכביש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הכביש עולה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דודה שירה עושה כשהטלפון מצלצל?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עונה לטלפון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מסתכלת רק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עוצרת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נותנת לנועה לנהוג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איפה מסתיימת הנסיעה?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לכנרת בטבריה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לעפולה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חוגרים חגורה רק בנסיעות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 עצור צריך לעצור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בעיקולים נוסעים מהר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מהרכב לצד המדרכה.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ליד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לצעוק על הנהג או הנהגת בזמן נסיעה.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הנסיעה חוגרים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בשלט עצור כתוב רק 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בעיקולים נוסעים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הנסיעה לטבריה מתחילה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ליד הר תבור נוסעים בכביש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בשלט תן __________ קדימה נותנים לאחרים לעבור.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בשמש חזקה טוב לשים __________ לנהג.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שלט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נוסעים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הכביש יורד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הרבה עיקולים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נותנים לאחרים לעבור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פה חוצים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עוצרים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לשון: ציווי בשלטים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'עצור!' לכולם בכיתה (לשון רבים)?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'האט!' לכולם?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על שלט כתובה רק מילה אחת ולא משפט שלם?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שלט דרך משלכם וכתבו עליו מילה אחת. הסבירו מה השלט אומר ועל מה הוא שומר.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צריך לחגור חגורה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בעיקולים נוסעים לאט?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