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ולהבין את 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בלשון רבים בהקשר של 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דודה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תבור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חוגרים חגורה בכל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שלט עצור אומר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בעיקולים נוסעים לאט ובזהירות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עפולה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שלט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(נותנים לאחרים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(הכביש יורד 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ציווי בשלטים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שלט קיים או ירצה/תרצה חדש, יכתוב/תכתוב מילת ציווי ברורה ותסביר על מה השלט שומר (בטיחות, הולכי רגל, מהירות וכו')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נסיעה, מההתחלה ועד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בטיחות ולא להתהפך או לפגוע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נסיעות של התלמידים ולחבר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ציווי יחיד לרבים לפני חלק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לתלות את השלטים בכיתה כתזכורת לכללי בטיחות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נועה ואיתי נוסעים עם הדודה שירה לטבריה. בדרך הם פוגשים עיקולים, ירידה ושלטים שונים. נתרגל את כללי הבטיחות ואת השלטים שפגשו.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לאט  ·  חגורה  ·  עפולה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נוהגת ברכב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דודה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לפני שיוצאים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רואים ליד כביש 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צומת 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חוגרים חגורה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בשלט עצור צריך לעצור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בעיקולים נוסעים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הנסיעה חוגרים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בעיקולים נוסעים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הנסיעה לטבריה מתחילה בעיר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שלט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נוסעים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הכביש יורד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נותנים לאחרים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לשון: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אומרים 'עצור!' לכולם בכיתה (לשון רבים)?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אומרים 'האט!' לכולם?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שלט דרך משלכם וכתבו עליו מילה אחת. הסבירו מה השלט אומר ועל מה הוא שומר.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צריך לחגור חגורה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